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তারিখ: [দিন/মাস/বছর]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বরাবর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[পদবি, যেমন: ব্যবস্থাপনা পরিচালক / মানবসম্পদ ব্যবস্থাপক]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[ঠিকানা]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বিষয়: চাকরি থেকে অব্যাহতির জন্য আবেদন।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জনাব/মহোদয়,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বিনীত নিবেদন এই যে, আমি [পূর্ণ নাম], [পদবি], [বিভাগ], [যোগদানের তারিখ] থেকে এই প্রতিষ্ঠানে কর্মরত আছি। [সংক্ষিপ্ত কারণ, যেমন: ব্যক্তিগত ও পারিবারিক কারণে / উচ্চশিক্ষার জন্য / অন্য প্রতিষ্ঠানে যোগদানের জন্য] আমি চাকরি থেকে অব্যাহতি নিতে চাই।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আমার নিয়োগপত্র অনুযায়ী [সংখ্যা] দিনের নোটিশ মেনে আমি [শেষ কর্মদিবসের তারিখ] পর্যন্ত দায়িত্ব পালন করব। এর মধ্যে আমার হাতে থাকা সব কাজ, ফাইল ও প্রতিষ্ঠানের জিনিসপত্র [নাম / দায়িত্বপ্রাপ্ত সহকর্মী]-কে বুঝিয়ে দেব।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এই প্রতিষ্ঠানে কাজ করার সময় যে সহযোগিতা ও শেখার সুযোগ পেয়েছি, তার জন্য আমি কৃতজ্ঞ।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অতএব, অনুগ্রহ করে [শেষ কর্মদিবসের তারিখ] থেকে আমাকে অব্যাহতি দিয়ে পাওনা পরিশোধ ও অভিজ্ঞতা সনদ প্রদানের প্রয়োজনীয় ব্যবস্থা নিলে বাধিত থাকব।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বিনীত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[পূর্ণ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[কর্মী আইডি]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[মোবাইল নম্বর]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অব্যাহতি পত্র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