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তারিখ: [দিন/মাস/বছর]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বরাবর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[পদবি, যেমন: ব্যবস্থাপনা পরিচালক]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ঠিকানা]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বিষয়: [পদের নাম] পদে নিয়োগের জন্য আবেদন।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জনাব/মহোদয়,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[পত্রিকা বা ওয়েবসাইটের নাম]-এ [তারিখ] প্রকাশিত নিয়োগ বিজ্ঞপ্তি থেকে জানতে পারলাম যে আপনার প্রতিষ্ঠানে [পদের নাম] পদে লোক নেওয়া হবে। আমি এই পদের একজন প্রার্থী হিসেবে আবেদন করছি। আমার যোগ্যতা ও অভিজ্ঞতার সংক্ষিপ্ত বিবরণ নিচে দিলাম।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১. ব্যক্তিগত তথ্য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নাম: [পূর্ণ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পিতার নাম: [পিতার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মাতার নাম: [মাতার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জন্ম তারিখ: [দিন/মাস/বছর]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জাতীয় পরিচয়পত্র নম্বর: [এনআইডি নম্বর]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বর্তমান ঠিকানা: [ঠিকানা]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স্থায়ী ঠিকানা: [ঠিকানা]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মোবাইল: [নম্বর]  ইমেল: [ইমেল]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২. শিক্ষাগত যোগ্যতা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[পরীক্ষার নাম], [বোর্ড/বিশ্ববিদ্যালয়], [পাসের সাল], ফলাফল: [জিপিএ/শ্রেণি]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[পরীক্ষার নাম], [বোর্ড/বিশ্ববিদ্যালয়], [পাসের সাল], ফলাফল: [জিপিএ/শ্রেণি]</w:t>
      </w:r>
    </w:p>
    <w:p>
      <w:pPr>
        <w:spacing w:after="120" w:line="300" w:lineRule="auto"/>
      </w:pPr>
      <w:r>
        <w:rPr>
          <w:rFonts w:ascii="Nikosh" w:hAnsi="Nikosh" w:cs="Nikosh" w:eastAsia="Nikosh"/>
          <w:b/>
          <w:sz w:val="26"/>
          <w:szCs w:val="26"/>
          <w:bCs/>
          <w:lang w:bidi="bn-BD"/>
        </w:rPr>
        <w:t>৩. অভিজ্ঞতা ও দক্ষতা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নাম]-এ [পদবি] হিসেবে [সময়কাল] কাজ করেছি।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কম্পিউটার: [যেমন: এমএস ওয়ার্ড, এক্সেল, বাংলা ও ইংরেজি টাইপিং, প্রতি মিনিটে [গতি] শব্দ]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আমি আশা করি আমার শিক্ষা ও অভিজ্ঞতা এই পদের দায়িত্ব পালনে কাজে লাগবে। সুযোগ পেলে নিষ্ঠার সঙ্গে কাজ করব। অতএব, অনুগ্রহ করে আমাকে উক্ত পদে নিয়োগ দিলে কৃতজ্ঞ থাকব।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বিনীত নিবেদক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[স্বাক্ষর]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[পূর্ণ নাম]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সংযুক্তি: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১. সব সনদপত্রের সত্যায়িত কপি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২. জাতীয় পরিচয়পত্রের কপি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৩. দুই কপি পাসপোর্ট সাইজের ছবি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৪. [অন্য কাগজ, বিজ্ঞপ্তিতে যা চাওয়া হয়েছে]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চাকরির আবেদন পত্র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