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Nikosh" w:hAnsi="Nikosh" w:cs="Nikosh" w:eastAsia="Nikosh"/>
          <w:b/>
          <w:sz w:val="30"/>
          <w:szCs w:val="30"/>
          <w:bCs/>
          <w:lang w:bidi="bn-BD"/>
        </w:rPr>
        <w:t>বাড়ি ভাড়া চুক্তিপত্র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এই চুক্তিপত্র আজ [দিন/মাস/বছর] তারিখে নিম্নলিখিত দুই পক্ষের মধ্যে সম্পাদিত হলো।</w:t>
      </w:r>
    </w:p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প্রথম পক্ষ (বাড়ির মালিক)</w:t>
      </w:r>
    </w:p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নাম: [নাম], পিতা/স্বামী: [নাম], জাতীয় পরিচয়পত্র নং: [নম্বর]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ঠিকানা: [ঠিকানা], মোবাইল: [নম্বর]</w:t>
      </w:r>
    </w:p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দ্বিতীয় পক্ষ (ভাড়াটিয়া)</w:t>
      </w:r>
    </w:p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নাম: [নাম], পিতা/স্বামী: [নাম], জাতীয় পরিচয়পত্র নং: [নম্বর]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স্থায়ী ঠিকানা: [ঠিকানা], পেশা: [পেশা], মোবাইল: [নম্বর]</w:t>
      </w:r>
    </w:p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ভাড়া দেওয়া অংশের বিবরণ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বাড়ি/হোল্ডিং নং: [নম্বর], রোড: [নাম/নম্বর], এলাকা: [নাম], [থানা], [জেলা]। [তলা] তলার [ফ্ল্যাট নং], [সংখ্যা]টি শোবার ঘর, [সংখ্যা]টি বাথরুম, রান্নাঘর, [বারান্দা / পার্কিং / অন্যান্য]।</w:t>
      </w:r>
    </w:p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শর্তাবলি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১. মেয়াদ: চুক্তি [শুরুর তারিখ] থেকে [শেষের তারিখ] পর্যন্ত, মোট [সংখ্যা] মাস। দুই পক্ষ রাজি থাকলে লিখিতভাবে নবায়ন করা যাবে।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২. ভাড়া: মাসিক ভাড়া [অঙ্কে] টাকা (কথায়: [কথায়] টাকা)। প্রতি মাসের [তারিখ] তারিখের মধ্যে [নগদ / ব্যাংক / মোবাইল ব্যাংকিং]-এ পরিশোধ করতে হবে। প্রতিবার ভাড়া নেওয়ার পর প্রথম পক্ষ লিখিত রসিদ দেবেন।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৩. অগ্রিম: দ্বিতীয় পক্ষ [অঙ্কে] টাকা অগ্রিম দিয়েছেন, যা [শর্ত লিখুন, যেমন: চুক্তি শেষে বাসা বুঝিয়ে দেওয়ার পর ফেরত দেওয়া হবে / শেষ [সংখ্যা] মাসের ভাড়ার সঙ্গে সমন্বয় হবে]।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৪. বিল: বিদ্যুৎ, গ্যাস ও পানির বিল [দ্বিতীয় পক্ষ মিটার অনুযায়ী দেবেন / ভাড়ার সঙ্গে যুক্ত]। সার্ভিস চার্জ: [অঙ্ক বা প্রযোজ্য নয়]।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৫. ব্যবহার: বাসাটি শুধু [আবাসিক / বাণিজ্যিক] কাজে ব্যবহার হবে। প্রথম পক্ষের লিখিত অনুমতি ছাড়া দ্বিতীয় পক্ষ কাউকে সাবলেট দেবেন না এবং কাঠামোগত পরিবর্তন করবেন না।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৬. মেরামত: স্বাভাবিক ব্যবহারে নষ্ট জিনিস ও বড় মেরামত [প্রথম পক্ষ] করবেন। দ্বিতীয় পক্ষের অবহেলায় ক্ষতি হলে তিনি তা মেরামত করে দেবেন বা খরচ দেবেন।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৭. ভাড়া বৃদ্ধি: মেয়াদের মধ্যে ভাড়া বাড়বে না। নবায়নের সময় ভাড়া পরিবর্তন হলে তা দুই পক্ষের লিখিত সম্মতিতে হবে।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৮. চুক্তি শেষ করা: যেকোনো পক্ষ চুক্তি শেষ করতে চাইলে অন্তত [সংখ্যা] মাস আগে লিখিত নোটিশ দেবেন।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৯. বাসা হস্তান্তর: চুক্তি শেষে দ্বিতীয় পক্ষ বাসা পরিষ্কার অবস্থায় এবং সংযুক্ত তালিকার জিনিসপত্রসহ চাবি বুঝিয়ে দেবেন। প্রথম পক্ষ পাওনা কেটে অগ্রিমের বাকি অংশ [সংখ্যা] দিনের মধ্যে ফেরত দেবেন।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১০. অন্যান্য: [বাড়ির নিয়ম, যেমন: গেট বন্ধের সময়, পোষা প্রাণী, অতিথি, পার্কিং]।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উপরের সব শর্ত পড়ে, বুঝে, সুস্থ মস্তিষ্কে ও স্বেচ্ছায় দুই পক্ষ নিচে স্বাক্ষর করলাম।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প্রথম পক্ষের স্বাক্ষর: ____________________          দ্বিতীয় পক্ষের স্বাক্ষর: ____________________</w:t>
      </w:r>
    </w:p>
    <w:p/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সাক্ষী</w:t>
      </w:r>
    </w:p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১. নাম: [নাম], ঠিকানা: [ঠিকানা], স্বাক্ষর: ____________________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২. নাম: [নাম], ঠিকানা: [ঠিকানা], স্বাক্ষর: ____________________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সংযুক্তি: বাসায় দেওয়া জিনিসপত্রের তালিকা (ফ্যান, লাইট, চাবি ইত্যাদি) এবং মিটারের শুরুর রিডিং।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বাড়ি ভাড়া চুক্তিপত্র</dc:title>
  <dc:subject/>
  <dc:creator>LearnType (learntype.app)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