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center"/>
      </w:pPr>
      <w:r>
        <w:rPr>
          <w:rFonts w:ascii="Nikosh" w:hAnsi="Nikosh" w:cs="Nikosh" w:eastAsia="Nikosh"/>
          <w:b/>
          <w:sz w:val="30"/>
          <w:szCs w:val="30"/>
          <w:bCs/>
          <w:lang w:bidi="bn-BD"/>
        </w:rPr>
        <w:t>[প্রতিষ্ঠানের নাম]</w:t>
      </w:r>
    </w:p>
    <w:p>
      <w:pPr>
        <w:spacing w:after="120" w:line="300" w:lineRule="auto"/>
        <w:jc w:val="right"/>
      </w:pPr>
      <w:r>
        <w:rPr>
          <w:rFonts w:ascii="Nikosh" w:hAnsi="Nikosh" w:cs="Nikosh" w:eastAsia="Nikosh"/>
          <w:b w:val="0"/>
          <w:sz w:val="24"/>
          <w:szCs w:val="24"/>
          <w:lang w:bidi="bn-BD"/>
        </w:rPr>
        <w:t>[ঠিকানা]</w:t>
      </w:r>
      <w:r>
        <w:br/>
      </w:r>
      <w:r>
        <w:rPr>
          <w:rFonts w:ascii="Nikosh" w:hAnsi="Nikosh" w:cs="Nikosh" w:eastAsia="Nikosh"/>
          <w:b w:val="0"/>
          <w:sz w:val="24"/>
          <w:szCs w:val="24"/>
          <w:lang w:bidi="bn-BD"/>
        </w:rPr>
        <w:t>[ফোন / ইমেল / ওয়েবসাইট]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সূত্র: [নম্বর]          তারিখ: [দিন/মাস/বছর]</w:t>
      </w:r>
    </w:p>
    <w:p/>
    <w:p>
      <w:pPr>
        <w:spacing w:after="120" w:line="300" w:lineRule="auto"/>
        <w:jc w:val="center"/>
      </w:pPr>
      <w:r>
        <w:rPr>
          <w:rFonts w:ascii="Nikosh" w:hAnsi="Nikosh" w:cs="Nikosh" w:eastAsia="Nikosh"/>
          <w:b/>
          <w:sz w:val="30"/>
          <w:szCs w:val="30"/>
          <w:bCs/>
          <w:lang w:bidi="bn-BD"/>
        </w:rPr>
        <w:t>অভিজ্ঞতা সনদ</w:t>
      </w:r>
    </w:p>
    <w:p/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এই মর্মে প্রত্যয়ন করা যাচ্ছে যে, [পূর্ণ নাম], পিতা: [পিতার নাম], [তারিখ] থেকে [তারিখ / বর্তমান] পর্যন্ত এই প্রতিষ্ঠানে [পদবি] পদে [বিভাগ] বিভাগে কর্মরত [ছিলেন / আছেন]।</w:t>
      </w:r>
    </w:p>
    <w:p>
      <w:pPr>
        <w:spacing w:after="120" w:line="300" w:lineRule="auto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এই সময়ে [তাঁর] প্রধান দায়িত্ব ছিল: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• [দায়িত্ব ১]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• [দায়িত্ব ২]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• [দায়িত্ব ৩]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কর্মকালে [তিনি] নিষ্ঠা, সততা ও সময়ানুবর্তিতার সঙ্গে দায়িত্ব পালন করেছেন। আমাদের জানামতে [তিনি] প্রতিষ্ঠানের নিয়মবিরোধী কোনো কাজে জড়িত ছিলেন না। [প্রযোজ্য হলে: [তিনি] স্বেচ্ছায় পদত্যাগ করেছেন এবং প্রতিষ্ঠানের কাছে [তাঁর] কোনো দেনা-পাওনা নেই।]</w:t>
      </w:r>
    </w:p>
    <w:p>
      <w:pPr>
        <w:spacing w:after="120" w:line="300" w:lineRule="auto"/>
        <w:jc w:val="both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আমরা [তাঁর] ভবিষ্যৎ কর্মজীবনের সাফল্য কামনা করি।</w:t>
      </w:r>
    </w:p>
    <w:p/>
    <w:p>
      <w:pPr>
        <w:spacing w:after="120" w:line="300" w:lineRule="auto"/>
      </w:pPr>
      <w:r>
        <w:rPr>
          <w:rFonts w:ascii="Nikosh" w:hAnsi="Nikosh" w:cs="Nikosh" w:eastAsia="Nikosh"/>
          <w:b w:val="0"/>
          <w:sz w:val="26"/>
          <w:szCs w:val="26"/>
          <w:lang w:bidi="bn-BD"/>
        </w:rPr>
        <w:t>[স্বাক্ষর ও সিল]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[কর্মকর্তার নাম]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[পদবি, যেমন: মানবসম্পদ ব্যবস্থাপক]</w:t>
      </w:r>
      <w:r>
        <w:br/>
      </w:r>
      <w:r>
        <w:rPr>
          <w:rFonts w:ascii="Nikosh" w:hAnsi="Nikosh" w:cs="Nikosh" w:eastAsia="Nikosh"/>
          <w:b w:val="0"/>
          <w:sz w:val="26"/>
          <w:szCs w:val="26"/>
          <w:lang w:bidi="bn-BD"/>
        </w:rPr>
        <w:t>[প্রতিষ্ঠানের নাম]</w:t>
      </w:r>
    </w:p>
    <w:sectPr w:rsidR="00FC693F" w:rsidRPr="0006063C" w:rsidSect="00034616"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অভিজ্ঞতা সনদ</dc:title>
  <dc:subject/>
  <dc:creator>LearnType (learntype.app)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