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তারিখ: [দিন/মাস/বছর]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বরাবর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[পদবি, যেমন: প্রধান শিক্ষক / বিভাগীয় প্রধান / ব্যবস্থাপক]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[প্রতিষ্ঠানের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[ঠিকানা]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বিষয়: [সংখ্যা] দিনের ছুটির জন্য আবেদন।</w:t>
      </w:r>
    </w:p>
    <w:p/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জনাব/মহোদয়,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সবিনয় নিবেদন এই যে, আমি [আপনার পদবি বা শ্রেণি ও রোল] হিসেবে এই প্রতিষ্ঠানে আছি। [কারণ লিখুন, যেমন: হঠাৎ জ্বরে অসুস্থ হয়ে পড়েছি এবং চিকিৎসক কয়েক দিন বিশ্রাম নিতে বলেছেন।] এ কারণে [শুরুর তারিখ] থেকে [শেষ তারিখ] পর্যন্ত মোট [সংখ্যা] দিন কাজে/ক্লাসে উপস্থিত থাকা আমার পক্ষে সম্ভব হবে না।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আমার অনুপস্থিতির সময় [দায়িত্ব কে দেখবেন, যেমন: সহকর্মী [নাম]] আমার জরুরি কাজগুলো দেখবেন। প্রয়োজনে আমাকে [মোবাইল নম্বর] নম্বরে পাওয়া যাবে।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অতএব, অনুগ্রহ করে উল্লিখিত [সংখ্যা] দিনের ছুটি মঞ্জুর করলে বাধিত থাকব।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বিনীত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[স্বাক্ষর]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[পূর্ণ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 / শ্রেণি, রোল]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[বিভাগ / শাখা]</w:t>
      </w:r>
    </w:p>
    <w:p/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সংযুক্তি (প্রযোজ্য হলে): চিকিৎসকের ব্যবস্থাপত্র বা সনদ।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ছুটির আবেদন পত্র</dc:title>
  <dc:subject/>
  <dc:creator>LearnType (learntype.app)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