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[প্রতিষ্ঠানের নাম]</w:t>
      </w:r>
    </w:p>
    <w:p>
      <w:pPr>
        <w:spacing w:after="120" w:line="300" w:lineRule="auto"/>
        <w:jc w:val="right"/>
      </w:pPr>
      <w:r>
        <w:rPr>
          <w:rFonts w:ascii="Nikosh" w:hAnsi="Nikosh" w:cs="Nikosh" w:eastAsia="Nikosh"/>
          <w:b w:val="0"/>
          <w:sz w:val="24"/>
          <w:szCs w:val="24"/>
          <w:lang w:bidi="bn-BD"/>
        </w:rPr>
        <w:t>[ঠিকানা]</w:t>
      </w:r>
      <w:r>
        <w:br/>
      </w:r>
      <w:r>
        <w:rPr>
          <w:rFonts w:ascii="Nikosh" w:hAnsi="Nikosh" w:cs="Nikosh" w:eastAsia="Nikosh"/>
          <w:b w:val="0"/>
          <w:sz w:val="24"/>
          <w:szCs w:val="24"/>
          <w:lang w:bidi="bn-BD"/>
        </w:rPr>
        <w:t>[ফোন / ইমেল]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স্মারক নং: [নম্বর]          তারিখ: [দিন/মাস/বছর]</w:t>
      </w:r>
    </w:p>
    <w:p/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নোটিশ</w:t>
      </w:r>
    </w:p>
    <w:p/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বিষয়: [নোটিশের বিষয়, যেমন: সাপ্তাহিক সমন্বয় সভা / অফিস সময় পরিবর্তন / ছুটি ঘোষণা]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প্রতিষ্ঠানের সকল [কর্মকর্তা ও কর্মচারী / নির্দিষ্ট বিভাগের সদস্য]-এর অবগতির জন্য জানানো যাচ্ছে যে, [মূল তথ্য এক বাক্যে, যেমন: আগামী [তারিখ], [বার], সকাল [সময়]টায় [স্থান]-এ একটি জরুরি সভা অনুষ্ঠিত হবে]।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[প্রয়োজনীয় বিবরণ, যেমন: সভায় [বিষয়] নিয়ে আলোচনা হবে। সংশ্লিষ্ট সবাইকে [কাগজপত্র / প্রতিবেদন] সঙ্গে নিয়ে সময়মতো উপস্থিত থাকতে অনুরোধ করা হলো।]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[প্রযোজ্য হলে: এ বিষয়ে কোনো প্রশ্ন থাকলে [নাম ও পদবি]-এর সঙ্গে [ফোন / এক্সটেনশন] নম্বরে যোগাযোগ করুন।]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[স্বাক্ষর]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নাম]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অনুলিপি (জ্ঞাতার্থে ও প্রয়োজনীয় ব্যবস্থা গ্রহণের জন্য):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১. [পদবি, যেমন: ব্যবস্থাপনা পরিচালক]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২. [বিভাগীয় প্রধান, সকল বিভাগ]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৩. নোটিশ বোর্ড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৪. অফিস কপি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অফিস নোটিশ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